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C90018"/>
          <w:sz w:val="22"/>
        </w:rPr>
        <w:t>AKATO LOGISTICS CO.,LTD.</w:t>
      </w:r>
    </w:p>
    <w:p>
      <w:pPr>
        <w:spacing w:after="40"/>
        <w:jc w:val="center"/>
      </w:pPr>
      <w:r>
        <w:rPr>
          <w:b/>
          <w:color w:val="161616"/>
          <w:sz w:val="32"/>
        </w:rPr>
        <w:t>保証状 / LETTER OF GUARANTEE・INDEMNITY</w:t>
      </w:r>
    </w:p>
    <w:p>
      <w:pPr>
        <w:spacing w:after="160"/>
        <w:jc w:val="center"/>
      </w:pPr>
      <w:r>
        <w:rPr>
          <w:color w:val="555555"/>
          <w:sz w:val="18"/>
        </w:rPr>
        <w:t>B/L訂正・前発行・特別取扱い用 — 汎用参考様式</w:t>
      </w:r>
    </w:p>
    <w:tbl>
      <w:tblPr>
        <w:tblStyle w:val="TableGrid"/>
        <w:tblW w:type="auto" w:w="0"/>
        <w:jc w:val="center"/>
        <w:tblLook w:firstColumn="1" w:firstRow="1" w:lastColumn="0" w:lastRow="0" w:noHBand="0" w:noVBand="1" w:val="04A0"/>
      </w:tblPr>
      <w:tblGrid>
        <w:gridCol w:w="5213"/>
        <w:gridCol w:w="5213"/>
      </w:tblGrid>
      <w:tr>
        <w:tc>
          <w:tcPr>
            <w:tcW w:type="dxa" w:w="3118"/>
            <w:vAlign w:val="center"/>
            <w:shd w:fill="F3F4F6"/>
          </w:tcPr>
          <w:p>
            <w:pPr>
              <w:spacing w:after="0"/>
            </w:pPr>
            <w:r/>
            <w:r>
              <w:rPr>
                <w:rFonts w:ascii="Yu Gothic" w:hAnsi="Yu Gothic"/>
                <w:b/>
                <w:color w:val="161616"/>
                <w:sz w:val="17"/>
              </w:rPr>
              <w:t>宛先 / To</w:t>
            </w:r>
          </w:p>
        </w:tc>
        <w:tc>
          <w:tcPr>
            <w:tcW w:type="dxa" w:w="6803"/>
            <w:vAlign w:val="center"/>
          </w:tcPr>
          <w:p>
            <w:pPr>
              <w:spacing w:after="0"/>
            </w:pPr>
            <w:r/>
            <w:r>
              <w:rPr>
                <w:rFonts w:ascii="Yu Gothic" w:hAnsi="Yu Gothic"/>
                <w:b w:val="0"/>
                <w:color w:val="161616"/>
                <w:sz w:val="17"/>
              </w:rPr>
            </w:r>
          </w:p>
        </w:tc>
      </w:tr>
      <w:tr>
        <w:tc>
          <w:tcPr>
            <w:tcW w:type="dxa" w:w="3118"/>
            <w:vAlign w:val="center"/>
            <w:shd w:fill="F3F4F6"/>
          </w:tcPr>
          <w:p>
            <w:pPr>
              <w:spacing w:after="0"/>
            </w:pPr>
            <w:r/>
            <w:r>
              <w:rPr>
                <w:rFonts w:ascii="Yu Gothic" w:hAnsi="Yu Gothic"/>
                <w:b/>
                <w:color w:val="161616"/>
                <w:sz w:val="17"/>
              </w:rPr>
              <w:t>発行日 / Date</w:t>
            </w:r>
          </w:p>
        </w:tc>
        <w:tc>
          <w:tcPr>
            <w:tcW w:type="dxa" w:w="6803"/>
            <w:vAlign w:val="center"/>
          </w:tcPr>
          <w:p>
            <w:pPr>
              <w:spacing w:after="0"/>
            </w:pPr>
            <w:r/>
            <w:r>
              <w:rPr>
                <w:rFonts w:ascii="Yu Gothic" w:hAnsi="Yu Gothic"/>
                <w:b w:val="0"/>
                <w:color w:val="161616"/>
                <w:sz w:val="17"/>
              </w:rPr>
              <w:t>YYYY / MM / DD</w:t>
            </w:r>
          </w:p>
        </w:tc>
      </w:tr>
      <w:tr>
        <w:tc>
          <w:tcPr>
            <w:tcW w:type="dxa" w:w="3118"/>
            <w:vAlign w:val="center"/>
            <w:shd w:fill="F3F4F6"/>
          </w:tcPr>
          <w:p>
            <w:pPr>
              <w:spacing w:after="0"/>
            </w:pPr>
            <w:r/>
            <w:r>
              <w:rPr>
                <w:rFonts w:ascii="Yu Gothic" w:hAnsi="Yu Gothic"/>
                <w:b/>
                <w:color w:val="161616"/>
                <w:sz w:val="17"/>
              </w:rPr>
              <w:t>依頼者 / Applicant</w:t>
            </w:r>
          </w:p>
        </w:tc>
        <w:tc>
          <w:tcPr>
            <w:tcW w:type="dxa" w:w="6803"/>
            <w:vAlign w:val="center"/>
          </w:tcPr>
          <w:p>
            <w:pPr>
              <w:spacing w:after="0"/>
            </w:pPr>
            <w:r/>
            <w:r>
              <w:rPr>
                <w:rFonts w:ascii="Yu Gothic" w:hAnsi="Yu Gothic"/>
                <w:b w:val="0"/>
                <w:color w:val="161616"/>
                <w:sz w:val="17"/>
              </w:rPr>
            </w:r>
          </w:p>
        </w:tc>
      </w:tr>
      <w:tr>
        <w:tc>
          <w:tcPr>
            <w:tcW w:type="dxa" w:w="3118"/>
            <w:vAlign w:val="center"/>
            <w:shd w:fill="F3F4F6"/>
          </w:tcPr>
          <w:p>
            <w:pPr>
              <w:spacing w:after="0"/>
            </w:pPr>
            <w:r/>
            <w:r>
              <w:rPr>
                <w:rFonts w:ascii="Yu Gothic" w:hAnsi="Yu Gothic"/>
                <w:b/>
                <w:color w:val="161616"/>
                <w:sz w:val="17"/>
              </w:rPr>
              <w:t>Booking No.</w:t>
            </w:r>
          </w:p>
        </w:tc>
        <w:tc>
          <w:tcPr>
            <w:tcW w:type="dxa" w:w="6803"/>
            <w:vAlign w:val="center"/>
          </w:tcPr>
          <w:p>
            <w:pPr>
              <w:spacing w:after="0"/>
            </w:pPr>
            <w:r/>
            <w:r>
              <w:rPr>
                <w:rFonts w:ascii="Yu Gothic" w:hAnsi="Yu Gothic"/>
                <w:b w:val="0"/>
                <w:color w:val="161616"/>
                <w:sz w:val="17"/>
              </w:rPr>
            </w:r>
          </w:p>
        </w:tc>
      </w:tr>
      <w:tr>
        <w:tc>
          <w:tcPr>
            <w:tcW w:type="dxa" w:w="3118"/>
            <w:vAlign w:val="center"/>
            <w:shd w:fill="F3F4F6"/>
          </w:tcPr>
          <w:p>
            <w:pPr>
              <w:spacing w:after="0"/>
            </w:pPr>
            <w:r/>
            <w:r>
              <w:rPr>
                <w:rFonts w:ascii="Yu Gothic" w:hAnsi="Yu Gothic"/>
                <w:b/>
                <w:color w:val="161616"/>
                <w:sz w:val="17"/>
              </w:rPr>
              <w:t>B/L No.</w:t>
            </w:r>
          </w:p>
        </w:tc>
        <w:tc>
          <w:tcPr>
            <w:tcW w:type="dxa" w:w="6803"/>
            <w:vAlign w:val="center"/>
          </w:tcPr>
          <w:p>
            <w:pPr>
              <w:spacing w:after="0"/>
            </w:pPr>
            <w:r/>
            <w:r>
              <w:rPr>
                <w:rFonts w:ascii="Yu Gothic" w:hAnsi="Yu Gothic"/>
                <w:b w:val="0"/>
                <w:color w:val="161616"/>
                <w:sz w:val="17"/>
              </w:rPr>
            </w:r>
          </w:p>
        </w:tc>
      </w:tr>
      <w:tr>
        <w:tc>
          <w:tcPr>
            <w:tcW w:type="dxa" w:w="3118"/>
            <w:vAlign w:val="center"/>
            <w:shd w:fill="F3F4F6"/>
          </w:tcPr>
          <w:p>
            <w:pPr>
              <w:spacing w:after="0"/>
            </w:pPr>
            <w:r/>
            <w:r>
              <w:rPr>
                <w:rFonts w:ascii="Yu Gothic" w:hAnsi="Yu Gothic"/>
                <w:b/>
                <w:color w:val="161616"/>
                <w:sz w:val="17"/>
              </w:rPr>
              <w:t>船名・Voy. / Vessel &amp; Voyage</w:t>
            </w:r>
          </w:p>
        </w:tc>
        <w:tc>
          <w:tcPr>
            <w:tcW w:type="dxa" w:w="6803"/>
            <w:vAlign w:val="center"/>
          </w:tcPr>
          <w:p>
            <w:pPr>
              <w:spacing w:after="0"/>
            </w:pPr>
            <w:r/>
            <w:r>
              <w:rPr>
                <w:rFonts w:ascii="Yu Gothic" w:hAnsi="Yu Gothic"/>
                <w:b w:val="0"/>
                <w:color w:val="161616"/>
                <w:sz w:val="17"/>
              </w:rPr>
            </w:r>
          </w:p>
        </w:tc>
      </w:tr>
      <w:tr>
        <w:tc>
          <w:tcPr>
            <w:tcW w:type="dxa" w:w="3118"/>
            <w:vAlign w:val="center"/>
            <w:shd w:fill="F3F4F6"/>
          </w:tcPr>
          <w:p>
            <w:pPr>
              <w:spacing w:after="0"/>
            </w:pPr>
            <w:r/>
            <w:r>
              <w:rPr>
                <w:rFonts w:ascii="Yu Gothic" w:hAnsi="Yu Gothic"/>
                <w:b/>
                <w:color w:val="161616"/>
                <w:sz w:val="17"/>
              </w:rPr>
              <w:t>荷送人 / Shipper</w:t>
            </w:r>
          </w:p>
        </w:tc>
        <w:tc>
          <w:tcPr>
            <w:tcW w:type="dxa" w:w="6803"/>
            <w:vAlign w:val="center"/>
          </w:tcPr>
          <w:p>
            <w:pPr>
              <w:spacing w:after="0"/>
            </w:pPr>
            <w:r/>
            <w:r>
              <w:rPr>
                <w:rFonts w:ascii="Yu Gothic" w:hAnsi="Yu Gothic"/>
                <w:b w:val="0"/>
                <w:color w:val="161616"/>
                <w:sz w:val="17"/>
              </w:rPr>
            </w:r>
          </w:p>
        </w:tc>
      </w:tr>
      <w:tr>
        <w:tc>
          <w:tcPr>
            <w:tcW w:type="dxa" w:w="3118"/>
            <w:vAlign w:val="center"/>
            <w:shd w:fill="F3F4F6"/>
          </w:tcPr>
          <w:p>
            <w:pPr>
              <w:spacing w:after="0"/>
            </w:pPr>
            <w:r/>
            <w:r>
              <w:rPr>
                <w:rFonts w:ascii="Yu Gothic" w:hAnsi="Yu Gothic"/>
                <w:b/>
                <w:color w:val="161616"/>
                <w:sz w:val="17"/>
              </w:rPr>
              <w:t>荷受人 / Consignee</w:t>
            </w:r>
          </w:p>
        </w:tc>
        <w:tc>
          <w:tcPr>
            <w:tcW w:type="dxa" w:w="6803"/>
            <w:vAlign w:val="center"/>
          </w:tcPr>
          <w:p>
            <w:pPr>
              <w:spacing w:after="0"/>
            </w:pPr>
            <w:r/>
            <w:r>
              <w:rPr>
                <w:rFonts w:ascii="Yu Gothic" w:hAnsi="Yu Gothic"/>
                <w:b w:val="0"/>
                <w:color w:val="161616"/>
                <w:sz w:val="17"/>
              </w:rPr>
            </w:r>
          </w:p>
        </w:tc>
      </w:tr>
      <w:tr>
        <w:tc>
          <w:tcPr>
            <w:tcW w:type="dxa" w:w="3118"/>
            <w:vAlign w:val="center"/>
            <w:shd w:fill="F3F4F6"/>
          </w:tcPr>
          <w:p>
            <w:pPr>
              <w:spacing w:after="0"/>
            </w:pPr>
            <w:r/>
            <w:r>
              <w:rPr>
                <w:rFonts w:ascii="Yu Gothic" w:hAnsi="Yu Gothic"/>
                <w:b/>
                <w:color w:val="161616"/>
                <w:sz w:val="17"/>
              </w:rPr>
              <w:t>貨物 / Cargo</w:t>
            </w:r>
          </w:p>
        </w:tc>
        <w:tc>
          <w:tcPr>
            <w:tcW w:type="dxa" w:w="6803"/>
            <w:vAlign w:val="center"/>
          </w:tcPr>
          <w:p>
            <w:pPr>
              <w:spacing w:after="0"/>
            </w:pPr>
            <w:r/>
            <w:r>
              <w:rPr>
                <w:rFonts w:ascii="Yu Gothic" w:hAnsi="Yu Gothic"/>
                <w:b w:val="0"/>
                <w:color w:val="161616"/>
                <w:sz w:val="17"/>
              </w:rPr>
            </w:r>
          </w:p>
        </w:tc>
      </w:tr>
      <w:tr>
        <w:tc>
          <w:tcPr>
            <w:tcW w:type="dxa" w:w="3118"/>
            <w:vAlign w:val="center"/>
            <w:shd w:fill="F3F4F6"/>
          </w:tcPr>
          <w:p>
            <w:pPr>
              <w:spacing w:after="0"/>
            </w:pPr>
            <w:r/>
            <w:r>
              <w:rPr>
                <w:rFonts w:ascii="Yu Gothic" w:hAnsi="Yu Gothic"/>
                <w:b/>
                <w:color w:val="161616"/>
                <w:sz w:val="17"/>
              </w:rPr>
              <w:t>コンテナ番号 / Container No.</w:t>
            </w:r>
          </w:p>
        </w:tc>
        <w:tc>
          <w:tcPr>
            <w:tcW w:type="dxa" w:w="6803"/>
            <w:vAlign w:val="center"/>
          </w:tcPr>
          <w:p>
            <w:pPr>
              <w:spacing w:after="0"/>
            </w:pPr>
            <w:r/>
            <w:r>
              <w:rPr>
                <w:rFonts w:ascii="Yu Gothic" w:hAnsi="Yu Gothic"/>
                <w:b w:val="0"/>
                <w:color w:val="161616"/>
                <w:sz w:val="17"/>
              </w:rPr>
            </w:r>
          </w:p>
        </w:tc>
      </w:tr>
      <w:tr>
        <w:tc>
          <w:tcPr>
            <w:tcW w:type="dxa" w:w="3118"/>
            <w:vAlign w:val="center"/>
            <w:shd w:fill="F3F4F6"/>
          </w:tcPr>
          <w:p>
            <w:pPr>
              <w:spacing w:after="0"/>
            </w:pPr>
            <w:r/>
            <w:r>
              <w:rPr>
                <w:rFonts w:ascii="Yu Gothic" w:hAnsi="Yu Gothic"/>
                <w:b/>
                <w:color w:val="161616"/>
                <w:sz w:val="17"/>
              </w:rPr>
              <w:t>依頼区分 / Request</w:t>
            </w:r>
          </w:p>
        </w:tc>
        <w:tc>
          <w:tcPr>
            <w:tcW w:type="dxa" w:w="6803"/>
            <w:vAlign w:val="center"/>
          </w:tcPr>
          <w:p>
            <w:pPr>
              <w:spacing w:after="0"/>
            </w:pPr>
            <w:r/>
            <w:r>
              <w:rPr>
                <w:rFonts w:ascii="Yu Gothic" w:hAnsi="Yu Gothic"/>
                <w:b w:val="0"/>
                <w:color w:val="161616"/>
                <w:sz w:val="17"/>
              </w:rPr>
              <w:t>□ B/L訂正　□ 前発行　□ 電子リリース　□ その他</w:t>
            </w:r>
          </w:p>
        </w:tc>
      </w:tr>
      <w:tr>
        <w:tc>
          <w:tcPr>
            <w:tcW w:type="dxa" w:w="3118"/>
            <w:vAlign w:val="center"/>
            <w:shd w:fill="F3F4F6"/>
          </w:tcPr>
          <w:p>
            <w:pPr>
              <w:spacing w:after="0"/>
            </w:pPr>
            <w:r/>
            <w:r>
              <w:rPr>
                <w:rFonts w:ascii="Yu Gothic" w:hAnsi="Yu Gothic"/>
                <w:b/>
                <w:color w:val="161616"/>
                <w:sz w:val="17"/>
              </w:rPr>
              <w:t>依頼内容 / Details</w:t>
            </w:r>
          </w:p>
        </w:tc>
        <w:tc>
          <w:tcPr>
            <w:tcW w:type="dxa" w:w="6803"/>
            <w:vAlign w:val="center"/>
          </w:tcPr>
          <w:p>
            <w:pPr>
              <w:spacing w:after="0"/>
            </w:pPr>
            <w:r/>
            <w:r>
              <w:rPr>
                <w:rFonts w:ascii="Yu Gothic" w:hAnsi="Yu Gothic"/>
                <w:b w:val="0"/>
                <w:color w:val="161616"/>
                <w:sz w:val="17"/>
              </w:rPr>
            </w:r>
          </w:p>
        </w:tc>
      </w:tr>
      <w:tr>
        <w:tc>
          <w:tcPr>
            <w:tcW w:type="dxa" w:w="3118"/>
            <w:vAlign w:val="center"/>
            <w:shd w:fill="F3F4F6"/>
          </w:tcPr>
          <w:p>
            <w:pPr>
              <w:spacing w:after="0"/>
            </w:pPr>
            <w:r/>
            <w:r>
              <w:rPr>
                <w:rFonts w:ascii="Yu Gothic" w:hAnsi="Yu Gothic"/>
                <w:b/>
                <w:color w:val="161616"/>
                <w:sz w:val="17"/>
              </w:rPr>
              <w:t>訂正前 / Before</w:t>
            </w:r>
          </w:p>
        </w:tc>
        <w:tc>
          <w:tcPr>
            <w:tcW w:type="dxa" w:w="6803"/>
            <w:vAlign w:val="center"/>
          </w:tcPr>
          <w:p>
            <w:pPr>
              <w:spacing w:after="0"/>
            </w:pPr>
            <w:r/>
            <w:r>
              <w:rPr>
                <w:rFonts w:ascii="Yu Gothic" w:hAnsi="Yu Gothic"/>
                <w:b w:val="0"/>
                <w:color w:val="161616"/>
                <w:sz w:val="17"/>
              </w:rPr>
            </w:r>
          </w:p>
        </w:tc>
      </w:tr>
      <w:tr>
        <w:tc>
          <w:tcPr>
            <w:tcW w:type="dxa" w:w="3118"/>
            <w:vAlign w:val="center"/>
            <w:shd w:fill="F3F4F6"/>
          </w:tcPr>
          <w:p>
            <w:pPr>
              <w:spacing w:after="0"/>
            </w:pPr>
            <w:r/>
            <w:r>
              <w:rPr>
                <w:rFonts w:ascii="Yu Gothic" w:hAnsi="Yu Gothic"/>
                <w:b/>
                <w:color w:val="161616"/>
                <w:sz w:val="17"/>
              </w:rPr>
              <w:t>訂正後 / After</w:t>
            </w:r>
          </w:p>
        </w:tc>
        <w:tc>
          <w:tcPr>
            <w:tcW w:type="dxa" w:w="6803"/>
            <w:vAlign w:val="center"/>
          </w:tcPr>
          <w:p>
            <w:pPr>
              <w:spacing w:after="0"/>
            </w:pPr>
            <w:r/>
            <w:r>
              <w:rPr>
                <w:rFonts w:ascii="Yu Gothic" w:hAnsi="Yu Gothic"/>
                <w:b w:val="0"/>
                <w:color w:val="161616"/>
                <w:sz w:val="17"/>
              </w:rPr>
            </w:r>
          </w:p>
        </w:tc>
      </w:tr>
    </w:tbl>
    <w:p/>
    <w:p>
      <w:pPr>
        <w:spacing w:after="100"/>
      </w:pPr>
      <w:r>
        <w:rPr>
          <w:b/>
          <w:color w:val="C90018"/>
          <w:sz w:val="20"/>
        </w:rPr>
        <w:t>保証文 / Undertaking</w:t>
      </w:r>
    </w:p>
    <w:p>
      <w:pPr>
        <w:spacing w:after="140"/>
      </w:pPr>
      <w:r>
        <w:t>当社は、上記依頼に基づく取扱いにより運送人、代理店、ターミナルその他関係者に生じる合理的な損失、責任、費用について、適用法令および別途合意された条件の範囲で補償することを申し入れます。</w:t>
        <w:br/>
        <w:t>We request the above handling and undertake, subject to applicable law and separately agreed terms, to indemnify the carrier, its agent, terminal and relevant parties against reasonable loss, liability and expense arising directly from acting on this request.</w:t>
      </w:r>
    </w:p>
    <w:tbl>
      <w:tblPr>
        <w:tblStyle w:val="TableGrid"/>
        <w:tblW w:type="auto" w:w="0"/>
        <w:jc w:val="center"/>
        <w:tblLook w:firstColumn="1" w:firstRow="1" w:lastColumn="0" w:lastRow="0" w:noHBand="0" w:noVBand="1" w:val="04A0"/>
      </w:tblPr>
      <w:tblGrid>
        <w:gridCol w:w="5213"/>
        <w:gridCol w:w="5213"/>
      </w:tblGrid>
      <w:tr>
        <w:tc>
          <w:tcPr>
            <w:tcW w:type="dxa" w:w="3118"/>
            <w:vAlign w:val="center"/>
            <w:shd w:fill="F3F4F6"/>
          </w:tcPr>
          <w:p>
            <w:pPr>
              <w:spacing w:after="0"/>
            </w:pPr>
            <w:r/>
            <w:r>
              <w:rPr>
                <w:rFonts w:ascii="Yu Gothic" w:hAnsi="Yu Gothic"/>
                <w:b/>
                <w:color w:val="161616"/>
                <w:sz w:val="17"/>
              </w:rPr>
              <w:t>会社名 / Company</w:t>
            </w:r>
          </w:p>
        </w:tc>
        <w:tc>
          <w:tcPr>
            <w:tcW w:type="dxa" w:w="6803"/>
            <w:vAlign w:val="center"/>
          </w:tcPr>
          <w:p>
            <w:pPr>
              <w:spacing w:after="0"/>
            </w:pPr>
            <w:r/>
            <w:r>
              <w:rPr>
                <w:rFonts w:ascii="Yu Gothic" w:hAnsi="Yu Gothic"/>
                <w:b w:val="0"/>
                <w:color w:val="161616"/>
                <w:sz w:val="17"/>
              </w:rPr>
            </w:r>
          </w:p>
        </w:tc>
      </w:tr>
      <w:tr>
        <w:tc>
          <w:tcPr>
            <w:tcW w:type="dxa" w:w="3118"/>
            <w:vAlign w:val="center"/>
            <w:shd w:fill="F3F4F6"/>
          </w:tcPr>
          <w:p>
            <w:pPr>
              <w:spacing w:after="0"/>
            </w:pPr>
            <w:r/>
            <w:r>
              <w:rPr>
                <w:rFonts w:ascii="Yu Gothic" w:hAnsi="Yu Gothic"/>
                <w:b/>
                <w:color w:val="161616"/>
                <w:sz w:val="17"/>
              </w:rPr>
              <w:t>住所 / Address</w:t>
            </w:r>
          </w:p>
        </w:tc>
        <w:tc>
          <w:tcPr>
            <w:tcW w:type="dxa" w:w="6803"/>
            <w:vAlign w:val="center"/>
          </w:tcPr>
          <w:p>
            <w:pPr>
              <w:spacing w:after="0"/>
            </w:pPr>
            <w:r/>
            <w:r>
              <w:rPr>
                <w:rFonts w:ascii="Yu Gothic" w:hAnsi="Yu Gothic"/>
                <w:b w:val="0"/>
                <w:color w:val="161616"/>
                <w:sz w:val="17"/>
              </w:rPr>
            </w:r>
          </w:p>
        </w:tc>
      </w:tr>
      <w:tr>
        <w:tc>
          <w:tcPr>
            <w:tcW w:type="dxa" w:w="3118"/>
            <w:vAlign w:val="center"/>
            <w:shd w:fill="F3F4F6"/>
          </w:tcPr>
          <w:p>
            <w:pPr>
              <w:spacing w:after="0"/>
            </w:pPr>
            <w:r/>
            <w:r>
              <w:rPr>
                <w:rFonts w:ascii="Yu Gothic" w:hAnsi="Yu Gothic"/>
                <w:b/>
                <w:color w:val="161616"/>
                <w:sz w:val="17"/>
              </w:rPr>
              <w:t>責任者 / Authorized signatory</w:t>
            </w:r>
          </w:p>
        </w:tc>
        <w:tc>
          <w:tcPr>
            <w:tcW w:type="dxa" w:w="6803"/>
            <w:vAlign w:val="center"/>
          </w:tcPr>
          <w:p>
            <w:pPr>
              <w:spacing w:after="0"/>
            </w:pPr>
            <w:r/>
            <w:r>
              <w:rPr>
                <w:rFonts w:ascii="Yu Gothic" w:hAnsi="Yu Gothic"/>
                <w:b w:val="0"/>
                <w:color w:val="161616"/>
                <w:sz w:val="17"/>
              </w:rPr>
            </w:r>
          </w:p>
        </w:tc>
      </w:tr>
      <w:tr>
        <w:tc>
          <w:tcPr>
            <w:tcW w:type="dxa" w:w="3118"/>
            <w:vAlign w:val="center"/>
            <w:shd w:fill="F3F4F6"/>
          </w:tcPr>
          <w:p>
            <w:pPr>
              <w:spacing w:after="0"/>
            </w:pPr>
            <w:r/>
            <w:r>
              <w:rPr>
                <w:rFonts w:ascii="Yu Gothic" w:hAnsi="Yu Gothic"/>
                <w:b/>
                <w:color w:val="161616"/>
                <w:sz w:val="17"/>
              </w:rPr>
              <w:t>署名・社印 / Signature &amp; stamp</w:t>
            </w:r>
          </w:p>
        </w:tc>
        <w:tc>
          <w:tcPr>
            <w:tcW w:type="dxa" w:w="6803"/>
            <w:vAlign w:val="center"/>
          </w:tcPr>
          <w:p>
            <w:pPr>
              <w:spacing w:after="0"/>
            </w:pPr>
            <w:r/>
            <w:r>
              <w:rPr>
                <w:rFonts w:ascii="Yu Gothic" w:hAnsi="Yu Gothic"/>
                <w:b w:val="0"/>
                <w:color w:val="161616"/>
                <w:sz w:val="17"/>
              </w:rPr>
            </w:r>
          </w:p>
        </w:tc>
      </w:tr>
      <w:tr>
        <w:tc>
          <w:tcPr>
            <w:tcW w:type="dxa" w:w="3118"/>
            <w:vAlign w:val="center"/>
            <w:shd w:fill="F3F4F6"/>
          </w:tcPr>
          <w:p>
            <w:pPr>
              <w:spacing w:after="0"/>
            </w:pPr>
            <w:r/>
            <w:r>
              <w:rPr>
                <w:rFonts w:ascii="Yu Gothic" w:hAnsi="Yu Gothic"/>
                <w:b/>
                <w:color w:val="161616"/>
                <w:sz w:val="17"/>
              </w:rPr>
              <w:t>連絡先 / Contact</w:t>
            </w:r>
          </w:p>
        </w:tc>
        <w:tc>
          <w:tcPr>
            <w:tcW w:type="dxa" w:w="6803"/>
            <w:vAlign w:val="center"/>
          </w:tcPr>
          <w:p>
            <w:pPr>
              <w:spacing w:after="0"/>
            </w:pPr>
            <w:r/>
            <w:r>
              <w:rPr>
                <w:rFonts w:ascii="Yu Gothic" w:hAnsi="Yu Gothic"/>
                <w:b w:val="0"/>
                <w:color w:val="161616"/>
                <w:sz w:val="17"/>
              </w:rPr>
            </w:r>
          </w:p>
        </w:tc>
      </w:tr>
    </w:tbl>
    <w:p>
      <w:pPr>
        <w:spacing w:before="140" w:after="0"/>
      </w:pPr>
      <w:r>
        <w:rPr>
          <w:color w:val="5A5A5A"/>
          <w:sz w:val="15"/>
        </w:rPr>
        <w:t>重要：保証状の法的効果は案件・法域・船会社条件により異なります。本書は特定船会社の指定様式や法律助言を代替しません。実際の提出には、利用する船会社・代理店が指定する最新版書式と文言をご使用ください。</w:t>
      </w:r>
    </w:p>
    <w:sectPr w:rsidR="00FC693F" w:rsidRPr="0006063C" w:rsidSect="00034616">
      <w:pgSz w:w="12240" w:h="15840"/>
      <w:pgMar w:top="794" w:right="907" w:bottom="79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Yu Gothic" w:hAnsi="Yu Gothic"/>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